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ולחשב סכומי כסף עד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שצריך לדבר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שטרות מודפסים על נייר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ההגדרה של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מוצר, מחיר ברור וחישוב עודף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לחם מול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מצוירים כדי להמחיש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עם חנות דמיונית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להתמקד בתרגילי זיהוי מטבעות וחיבור פשוט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להכיר כסף, לקנות מוצרים בחנות קטנה ולחשב כמה עודף מקבלים אחרי התשלום.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מטבע  ·  משלמים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לכם מטבע של 10 ₪ ומטבע של 5 ₪. כמה כסף יש לכם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קניתם מוצר ב-8 ₪ ושילמתם עם שטר של 10 ₪. כמה עודף תקבלו?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שטר עשוי מנייר.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הכסף שמחזירים לנו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כש__________ יותר כסף ממה שהמוצר עולה, מקבלים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כסף עגול ממתכת.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לכם 20 ₪. קניתם מוצר ב-13 ₪. כמה עודף תקבלו?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עפרון עולה 3 ₪ ומחק עולה 2 ₪. כמה תשלמו על שני הדברים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קנייה שעשיתם או שהייתם רוצים לעשות - מה קניתם, כמה זה עלה וכמה עודף קיבלתם.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לדבר שאתם צריכים ולדבר שאתם רוצים.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וקניות – החנות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