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ולחשב סכומי כסף עד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שצריך לדבר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כן,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המוצר הזול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שטרות מודפסים על נייר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10 ₪ שווה הרבה יותר מ-1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ורוצה לא קשורים למחיר אלא לחשיבות של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מגלים אם יש טעות בחישוב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לכם 7 ₪, זה מספיק, ותקבלו עודף של 1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מוצר, מחיר ברור וחישוב עודף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כשמשלמים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לחם מול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מצוירים כדי להמחיש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עם חנות דמיונית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להתמקד בתרגילי זיהוי מטבעות וחיבור פשוט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וקניות – החנות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כסף. נקנה דברים בחנות. נחשב כמה כסף מחזירים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ממתכת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מנייר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כשמשלמים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 פחות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 יותר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שחייבים כדי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שהייתי שמח לקבל אבל לא חייבים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10 ועוד 5, כמה יוצא?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שילמתם 10, המוצר עלה 8,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מטבע הכי גדול בערך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2 ועוד 2, זה מספיק ל-4?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חסר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עודף של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עודף של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מוצר יותר טוב לקנות כדי לחסוך?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הזול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 היקר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הכי צבעוני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שטר עשוי מנייר.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10 ₪ שווה פחות ממטבע של 1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שמחזירים לנו כשמשלמים יותר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שאנחנו צריכים תמיד עולה יותר כסף מדבר שאנחנו 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קבלה כדי לוודא שהמחיר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כש__________ יותר כסף ממה שהמוצר עולה, מקבלים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עגול ממתכת.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שבלעדיו קשה לנו לחיות, כמו אוכל,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מוצר אחד עולה 5 ₪ ומוצר שני עולה 3 ₪, המוצר השני __________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שקונים כדאי לעצור ול__________ אם באמת צריך את המוצר.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מחברת לבית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 לשתייה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20 ₪. קניתם מוצר ב-13 ₪. כמה עודף תקבלו?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עפרון עולה 3 ₪ ומחק עולה 2 ₪. כמה תשלמו על שני הדברים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לכם מטבע של 5 ₪ ומטבע של 2 ₪. מוצר עולה 6 ₪. האם יש לכם מספיק כסף? כמה עודף או כמה חסר?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קנייה שעשיתם או שהייתם רוצים לעשות - מה קניתם, כמה זה עלה וכמה עודף קיבלתם.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לדבר שאתם צריכים ולדבר שאתם רוצים.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 לכם 10 ₪ וקניתם משהו ב-6 ₪. כמה עודף תקבלו?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וקניות – החנות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