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וקניות – החנות הקטנה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מטבעות ולחשב סכומי כסף עד 20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עודף כשמשלמים יותר מהמחיר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דבר שצריך לדבר שרוצה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תשובה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כן, בדיוק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המוצר הזול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שטרות מודפסים על נייר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10 ₪ שווה הרבה יותר מ-1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בדיוק ההגדרה של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ורוצה לא קשורים למחיר אלא לחשיבות של הדבר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מגלים אם יש טעות בחישוב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צריך או 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(רוצה)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(צריך)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מחשבים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לכם 7 ₪, זה מספיק, ותקבלו עודף של 1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שם מוצר, מחיר ברור וחישוב עודף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עודף הוא הכסף שמחזירים כשמשלמים יותר מהמחיר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לחם מול ממתק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מטבעות אמיתיים או מצוירים כדי להמחיש את התרגילים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עם חנות דמיונית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להתמקד בתרגילי זיהוי מטבעות וחיבור פשוט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וקניות – החנות הקטנה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להכיר כסף, לקנות מוצרים בחנות קטנה ולחשב כמה עודף מקבלים אחרי התשלום.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בוחרים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יש לכם מטבע של 10 ₪ ומטבע של 5 ₪. כמה כסף יש לכם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קניתם מוצר ב-8 ₪ ושילמתם עם שטר של 10 ₪. כמה עודף תקבלו?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מטבע שווה הכי הרבה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מוצר עולה 4 ₪. יש לכם שני מטבעות של 2 ₪. האם זה מספיק לקנות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כן,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לא, חסר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עודף של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עודף של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יש לכם 10 ₪ ורוצים לחסוך כסף. איזה מוצר עדיף לקנות?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המוצר הזול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המוצר היקר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משנה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המוצר הכי צבעוני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שטר עשוי מנייר.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מטבע של 10 ₪ שווה פחות ממטבע של 1 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 הוא הכסף שמחזירים לנו כשמשלמים יותר מהמחיר.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שאנחנו צריכים תמיד עולה יותר כסף מדבר שאנחנו רוצים.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לבדוק קבלה כדי לוודא שהמחיר נכון.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כש__________ יותר כסף ממה שהמוצר עולה, מקבלים עודף.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כסף עגול ממתכת.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דבר שבלעדיו קשה לנו לחיות, כמו אוכל,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מוצר אחד עולה 5 ₪ ומוצר שני עולה 3 ₪, המוצר השני __________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שקונים כדאי לעצור ול__________ אם באמת צריך את המוצר.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צריך או רוצה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ממתק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מחברת לבית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צעצוע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מים לשתייה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מחשבים 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יש לכם 20 ₪. קניתם מוצר ב-13 ₪. כמה עודף תקבלו?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עפרון עולה 3 ₪ ומחק עולה 2 ₪. כמה תשלמו על שני הדברים יחד?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יש לכם מטבע של 5 ₪ ומטבע של 2 ₪. מוצר עולה 6 ₪. האם יש לכם מספיק כסף? כמה עודף או כמה חסר?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קנייה שעשיתם או שהייתם רוצים לעשות - מה קניתם, כמה זה עלה וכמה עודף קיבלתם.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עודף?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לדבר שאתם צריכים ולדבר שאתם רוצים.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יש לכם 10 ₪ וקניתם משהו ב-6 ₪. כמה עודף תקבלו?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וקניות – החנות הקטנה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